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i/>
          <w:sz w:val="22"/>
        </w:rPr>
        <w:t>Đơn vị: ........................................</w:t>
      </w:r>
    </w:p>
    <w:p>
      <w:pPr>
        <w:jc w:val="center"/>
      </w:pPr>
      <w:r>
        <w:rPr>
          <w:b w:val="0"/>
          <w:i/>
          <w:sz w:val="22"/>
        </w:rPr>
        <w:t>Bộ phận: ......................................</w:t>
      </w:r>
    </w:p>
    <w:p/>
    <w:p>
      <w:pPr>
        <w:jc w:val="center"/>
      </w:pPr>
      <w:r>
        <w:rPr>
          <w:b/>
          <w:i w:val="0"/>
          <w:sz w:val="32"/>
        </w:rPr>
        <w:t>PHIẾU THU TIỀN MẶT</w:t>
      </w:r>
    </w:p>
    <w:p>
      <w:pPr>
        <w:jc w:val="center"/>
      </w:pPr>
      <w:r>
        <w:rPr>
          <w:b w:val="0"/>
          <w:i/>
          <w:sz w:val="22"/>
        </w:rPr>
        <w:t>Ngày ...... tháng ...... năm 20......</w:t>
      </w:r>
    </w:p>
    <w:p>
      <w:pPr>
        <w:jc w:val="center"/>
      </w:pPr>
      <w:r>
        <w:rPr>
          <w:b w:val="0"/>
          <w:i/>
          <w:sz w:val="22"/>
        </w:rPr>
        <w:t>Số: ........./PT</w:t>
      </w:r>
    </w:p>
    <w:p/>
    <w:p>
      <w:r>
        <w:rPr>
          <w:b w:val="0"/>
          <w:i w:val="0"/>
        </w:rPr>
        <w:t>Họ và tên người nộp tiền: .........................................................</w:t>
      </w:r>
    </w:p>
    <w:p>
      <w:r>
        <w:rPr>
          <w:b w:val="0"/>
          <w:i w:val="0"/>
        </w:rPr>
        <w:t>Địa chỉ: ........................................................................................</w:t>
      </w:r>
    </w:p>
    <w:p>
      <w:r>
        <w:rPr>
          <w:b w:val="0"/>
          <w:i w:val="0"/>
        </w:rPr>
        <w:t>Lý do nộp: 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Số tiền: ........................................................................ đồng</w:t>
      </w:r>
    </w:p>
    <w:p>
      <w:r>
        <w:rPr>
          <w:b w:val="0"/>
          <w:i w:val="0"/>
        </w:rPr>
        <w:t>Số tiền bằng chữ: ......................................................................</w:t>
      </w:r>
    </w:p>
    <w:p>
      <w:r>
        <w:rPr>
          <w:b w:val="0"/>
          <w:i w:val="0"/>
        </w:rPr>
        <w:t>Kèm theo: ......................................... chứng từ gốc.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Giám đốc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Kế toán trưởng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Người lập phiếu</w:t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rPr>
                <w:b/>
              </w:rPr>
              <w:t>Thủ quỹ</w:t>
            </w:r>
          </w:p>
        </w:tc>
      </w:tr>
      <w:tr>
        <w:tc>
          <w:tcPr>
            <w:tcW w:type="dxa" w:w="2422"/>
          </w:tcPr>
          <w:p>
            <w:pPr>
              <w:jc w:val="center"/>
            </w:pPr>
            <w:r>
              <w:t>(Ký, họ tên)</w:t>
              <w:br/>
              <w:br/>
              <w:br/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t>(Ký, họ tên)</w:t>
              <w:br/>
              <w:br/>
              <w:br/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t>(Ký, họ tên)</w:t>
              <w:br/>
              <w:br/>
              <w:br/>
            </w:r>
          </w:p>
        </w:tc>
        <w:tc>
          <w:tcPr>
            <w:tcW w:type="dxa" w:w="2422"/>
          </w:tcPr>
          <w:p>
            <w:pPr>
              <w:jc w:val="center"/>
            </w:pPr>
            <w:r>
              <w:t>(Ký, họ tên)</w:t>
              <w:br/>
              <w:br/>
              <w:br/>
            </w:r>
          </w:p>
        </w:tc>
      </w:tr>
    </w:tbl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