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6"/>
        </w:rPr>
        <w:t>THƯ MỜI</w:t>
      </w:r>
    </w:p>
    <w:p>
      <w:pPr>
        <w:jc w:val="center"/>
      </w:pPr>
      <w:r>
        <w:rPr>
          <w:b w:val="0"/>
          <w:i/>
          <w:sz w:val="22"/>
        </w:rPr>
        <w:t>(Sự kiện / Hội nghị / Lễ kỷ niệm)</w:t>
      </w:r>
    </w:p>
    <w:p/>
    <w:p>
      <w:r>
        <w:rPr>
          <w:b w:val="0"/>
          <w:i w:val="0"/>
        </w:rPr>
        <w:t>Kính gửi: ..................................................................................</w:t>
      </w:r>
    </w:p>
    <w:p/>
    <w:p>
      <w:r>
        <w:rPr>
          <w:b w:val="0"/>
          <w:i w:val="0"/>
        </w:rPr>
        <w:t>Lời đầu tiên, ........................... trân trọng gửi tới Quý vị lời chào và lời cảm ơn chân thành nhất.</w:t>
      </w:r>
    </w:p>
    <w:p/>
    <w:p>
      <w:r>
        <w:rPr>
          <w:b w:val="0"/>
          <w:i w:val="0"/>
        </w:rPr>
        <w:t>Nhằm ............................................................................................, chúng tôi tổ chức:</w:t>
      </w:r>
    </w:p>
    <w:p/>
    <w:p>
      <w:r>
        <w:rPr>
          <w:b/>
          <w:i w:val="0"/>
        </w:rPr>
        <w:t>🎯 Sự kiện: ...............................................................................</w:t>
      </w:r>
    </w:p>
    <w:p>
      <w:r>
        <w:rPr>
          <w:b w:val="0"/>
          <w:i w:val="0"/>
        </w:rPr>
        <w:t>📅 Thời gian: ...... giờ ......, ngày ...... tháng ...... năm 20......</w:t>
      </w:r>
    </w:p>
    <w:p>
      <w:r>
        <w:rPr>
          <w:b w:val="0"/>
          <w:i w:val="0"/>
        </w:rPr>
        <w:t>📍 Địa điểm: .............................................................................</w:t>
      </w:r>
    </w:p>
    <w:p>
      <w:r>
        <w:rPr>
          <w:b w:val="0"/>
          <w:i w:val="0"/>
        </w:rPr>
        <w:t>👥 Thành phần: ........................................................................</w:t>
      </w:r>
    </w:p>
    <w:p/>
    <w:p>
      <w:r>
        <w:rPr>
          <w:b/>
          <w:i w:val="0"/>
        </w:rPr>
        <w:t>Chương trình dự kiến:</w:t>
      </w:r>
    </w:p>
    <w:p>
      <w:r>
        <w:rPr>
          <w:b w:val="0"/>
          <w:i w:val="0"/>
        </w:rPr>
        <w:t xml:space="preserve">   - ....h....: Đón tiếp đại biểu</w:t>
      </w:r>
    </w:p>
    <w:p>
      <w:r>
        <w:rPr>
          <w:b w:val="0"/>
          <w:i w:val="0"/>
        </w:rPr>
        <w:t xml:space="preserve">   - ....h....: Khai mạc, giới thiệu chương trình</w:t>
      </w:r>
    </w:p>
    <w:p>
      <w:r>
        <w:rPr>
          <w:b w:val="0"/>
          <w:i w:val="0"/>
        </w:rPr>
        <w:t xml:space="preserve">   - ....h....: ........................................................................</w:t>
      </w:r>
    </w:p>
    <w:p>
      <w:r>
        <w:rPr>
          <w:b w:val="0"/>
          <w:i w:val="0"/>
        </w:rPr>
        <w:t xml:space="preserve">   - ....h....: Tiệc nhẹ, giao lưu</w:t>
      </w:r>
    </w:p>
    <w:p>
      <w:r>
        <w:rPr>
          <w:b w:val="0"/>
          <w:i w:val="0"/>
        </w:rPr>
        <w:t xml:space="preserve">   - ....h....: Bế mạc</w:t>
      </w:r>
    </w:p>
    <w:p/>
    <w:p>
      <w:r>
        <w:rPr>
          <w:b w:val="0"/>
          <w:i w:val="0"/>
        </w:rPr>
        <w:t>Sự hiện diện của Quý vị là niềm vinh dự lớn đối với ............................</w:t>
      </w:r>
    </w:p>
    <w:p>
      <w:r>
        <w:rPr>
          <w:b w:val="0"/>
          <w:i w:val="0"/>
        </w:rPr>
        <w:t>Xin trân trọng kính mời. Mong nhận được phản hồi xác nhận của Quý vị trước ngày ...../...../............</w:t>
      </w:r>
    </w:p>
    <w:p/>
    <w:p>
      <w:pPr>
        <w:jc w:val="right"/>
      </w:pPr>
      <w:r>
        <w:rPr>
          <w:b w:val="0"/>
          <w:i/>
        </w:rPr>
        <w:t>..............., ngày ...... tháng ...... năm 20......</w:t>
      </w:r>
    </w:p>
    <w:p>
      <w:pPr>
        <w:jc w:val="center"/>
      </w:pPr>
      <w:r>
        <w:rPr>
          <w:b/>
          <w:i w:val="0"/>
        </w:rPr>
        <w:t>ĐẠI DIỆN ĐƠN VỊ TỔ CHỨC</w:t>
      </w:r>
    </w:p>
    <w:p>
      <w:pPr>
        <w:jc w:val="center"/>
      </w:pPr>
      <w:r>
        <w:rPr>
          <w:b w:val="0"/>
          <w:i/>
          <w:sz w:val="20"/>
        </w:rPr>
        <w:t>(Ký, ghi rõ họ tên, chức vụ, đóng dấu)</w:t>
      </w:r>
    </w:p>
    <w:p/>
    <w:p/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