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36"/>
        </w:rPr>
        <w:t>MẪU SLIDE BÁO CÁO HỌP TUẦN</w:t>
      </w:r>
    </w:p>
    <w:p>
      <w:pPr>
        <w:jc w:val="center"/>
      </w:pPr>
      <w:r>
        <w:rPr>
          <w:b w:val="0"/>
          <w:i/>
          <w:sz w:val="22"/>
        </w:rPr>
        <w:t>Outline / Storyboard cho slide</w:t>
      </w:r>
    </w:p>
    <w:p/>
    <w:p>
      <w:r>
        <w:rPr>
          <w:b/>
          <w:i w:val="0"/>
        </w:rPr>
        <w:t>Slide 1 — Trang bìa</w:t>
      </w:r>
    </w:p>
    <w:p>
      <w:r>
        <w:rPr>
          <w:b w:val="0"/>
          <w:i w:val="0"/>
        </w:rPr>
        <w:t xml:space="preserve">   • Tên báo cáo</w:t>
      </w:r>
    </w:p>
    <w:p>
      <w:r>
        <w:rPr>
          <w:b w:val="0"/>
          <w:i w:val="0"/>
        </w:rPr>
        <w:t xml:space="preserve">   • Tuần / Tháng / Năm</w:t>
      </w:r>
    </w:p>
    <w:p>
      <w:r>
        <w:rPr>
          <w:b w:val="0"/>
          <w:i w:val="0"/>
        </w:rPr>
        <w:t xml:space="preserve">   • Người trình bày, bộ phận</w:t>
      </w:r>
    </w:p>
    <w:p/>
    <w:p>
      <w:r>
        <w:rPr>
          <w:b/>
          <w:i w:val="0"/>
        </w:rPr>
        <w:t>Slide 2 — Mục lục</w:t>
      </w:r>
    </w:p>
    <w:p>
      <w:r>
        <w:rPr>
          <w:b w:val="0"/>
          <w:i w:val="0"/>
        </w:rPr>
        <w:t xml:space="preserve">   • Nội dung báo cáo</w:t>
      </w:r>
    </w:p>
    <w:p>
      <w:r>
        <w:rPr>
          <w:b w:val="0"/>
          <w:i w:val="0"/>
        </w:rPr>
        <w:t xml:space="preserve">   • Người trình bày từng phần</w:t>
      </w:r>
    </w:p>
    <w:p/>
    <w:p>
      <w:r>
        <w:rPr>
          <w:b/>
          <w:i w:val="0"/>
        </w:rPr>
        <w:t>Slide 3 — Tóm tắt tuần qua</w:t>
      </w:r>
    </w:p>
    <w:p>
      <w:r>
        <w:rPr>
          <w:b w:val="0"/>
          <w:i w:val="0"/>
        </w:rPr>
        <w:t xml:space="preserve">   • 3 kết quả nổi bật</w:t>
      </w:r>
    </w:p>
    <w:p>
      <w:r>
        <w:rPr>
          <w:b w:val="0"/>
          <w:i w:val="0"/>
        </w:rPr>
        <w:t xml:space="preserve">   • Số liệu chính (KPI, doanh số)</w:t>
      </w:r>
    </w:p>
    <w:p/>
    <w:p>
      <w:r>
        <w:rPr>
          <w:b/>
          <w:i w:val="0"/>
        </w:rPr>
        <w:t>Slide 4 — Chi tiết công việc đã làm</w:t>
      </w:r>
    </w:p>
    <w:p>
      <w:r>
        <w:rPr>
          <w:b w:val="0"/>
          <w:i w:val="0"/>
        </w:rPr>
        <w:t xml:space="preserve">   • Liệt kê 5-7 hạng mục</w:t>
      </w:r>
    </w:p>
    <w:p>
      <w:r>
        <w:rPr>
          <w:b w:val="0"/>
          <w:i w:val="0"/>
        </w:rPr>
        <w:t xml:space="preserve">   • Ai làm, mất bao lâu, kết quả</w:t>
      </w:r>
    </w:p>
    <w:p/>
    <w:p>
      <w:r>
        <w:rPr>
          <w:b/>
          <w:i w:val="0"/>
        </w:rPr>
        <w:t>Slide 5 — Vấn đề / Khó khăn</w:t>
      </w:r>
    </w:p>
    <w:p>
      <w:r>
        <w:rPr>
          <w:b w:val="0"/>
          <w:i w:val="0"/>
        </w:rPr>
        <w:t xml:space="preserve">   • Vấn đề 1: mô tả, nguyên nhân, đề xuất</w:t>
      </w:r>
    </w:p>
    <w:p>
      <w:r>
        <w:rPr>
          <w:b w:val="0"/>
          <w:i w:val="0"/>
        </w:rPr>
        <w:t xml:space="preserve">   • Vấn đề 2: ...</w:t>
      </w:r>
    </w:p>
    <w:p/>
    <w:p>
      <w:r>
        <w:rPr>
          <w:b/>
          <w:i w:val="0"/>
        </w:rPr>
        <w:t>Slide 6 — Kế hoạch tuần tới</w:t>
      </w:r>
    </w:p>
    <w:p>
      <w:r>
        <w:rPr>
          <w:b w:val="0"/>
          <w:i w:val="0"/>
        </w:rPr>
        <w:t xml:space="preserve">   • Top 3 ưu tiên</w:t>
      </w:r>
    </w:p>
    <w:p>
      <w:r>
        <w:rPr>
          <w:b w:val="0"/>
          <w:i w:val="0"/>
        </w:rPr>
        <w:t xml:space="preserve">   • Người phụ trách, deadline</w:t>
      </w:r>
    </w:p>
    <w:p/>
    <w:p>
      <w:r>
        <w:rPr>
          <w:b/>
          <w:i w:val="0"/>
        </w:rPr>
        <w:t>Slide 7 — Hỗ trợ cần thiết</w:t>
      </w:r>
    </w:p>
    <w:p>
      <w:r>
        <w:rPr>
          <w:b w:val="0"/>
          <w:i w:val="0"/>
        </w:rPr>
        <w:t xml:space="preserve">   • Cần hỗ trợ gì từ Ban Giám đốc?</w:t>
      </w:r>
    </w:p>
    <w:p/>
    <w:p>
      <w:r>
        <w:rPr>
          <w:b/>
          <w:i w:val="0"/>
        </w:rPr>
        <w:t>Slide 8 — Hỏi &amp; đáp</w:t>
      </w:r>
    </w:p>
    <w:p>
      <w:r>
        <w:rPr>
          <w:b w:val="0"/>
          <w:i w:val="0"/>
        </w:rPr>
        <w:t xml:space="preserve">   • Mở phần thảo luận với cả nhóm</w:t>
      </w:r>
    </w:p>
    <w:p/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