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32"/>
        </w:rPr>
        <w:t>KẾ HOẠCH BÀI DẠY (GIÁO ÁN)</w:t>
      </w:r>
    </w:p>
    <w:p/>
    <w:p>
      <w:r>
        <w:rPr>
          <w:b w:val="0"/>
          <w:i w:val="0"/>
        </w:rPr>
        <w:t>Môn học: ...........................................   Lớp: ............................</w:t>
      </w:r>
    </w:p>
    <w:p>
      <w:r>
        <w:rPr>
          <w:b w:val="0"/>
          <w:i w:val="0"/>
        </w:rPr>
        <w:t>Tên bài học: .............................................................................</w:t>
      </w:r>
    </w:p>
    <w:p>
      <w:r>
        <w:rPr>
          <w:b w:val="0"/>
          <w:i w:val="0"/>
        </w:rPr>
        <w:t>Số tiết: ...................   Thời gian thực hiện: ngày ...../...../...........</w:t>
      </w:r>
    </w:p>
    <w:p>
      <w:r>
        <w:rPr>
          <w:b w:val="0"/>
          <w:i w:val="0"/>
        </w:rPr>
        <w:t>Giáo viên: ...............................................................................</w:t>
      </w:r>
    </w:p>
    <w:p/>
    <w:p>
      <w:r>
        <w:rPr>
          <w:b/>
          <w:i w:val="0"/>
        </w:rPr>
        <w:t>I. MỤC TIÊU BÀI HỌC</w:t>
      </w:r>
    </w:p>
    <w:p>
      <w:r>
        <w:rPr>
          <w:b w:val="0"/>
          <w:i w:val="0"/>
        </w:rPr>
        <w:t>1. Về kiến thức:</w:t>
      </w:r>
    </w:p>
    <w:p>
      <w:r>
        <w:rPr>
          <w:b w:val="0"/>
          <w:i w:val="0"/>
        </w:rPr>
        <w:t xml:space="preserve">   - ........................................................................................</w:t>
      </w:r>
    </w:p>
    <w:p>
      <w:r>
        <w:rPr>
          <w:b w:val="0"/>
          <w:i w:val="0"/>
        </w:rPr>
        <w:t>2. Về năng lực:</w:t>
      </w:r>
    </w:p>
    <w:p>
      <w:r>
        <w:rPr>
          <w:b w:val="0"/>
          <w:i w:val="0"/>
        </w:rPr>
        <w:t xml:space="preserve">   - Năng lực chung: ..............................................................</w:t>
      </w:r>
    </w:p>
    <w:p>
      <w:r>
        <w:rPr>
          <w:b w:val="0"/>
          <w:i w:val="0"/>
        </w:rPr>
        <w:t xml:space="preserve">   - Năng lực đặc thù: ..............................................................</w:t>
      </w:r>
    </w:p>
    <w:p>
      <w:r>
        <w:rPr>
          <w:b w:val="0"/>
          <w:i w:val="0"/>
        </w:rPr>
        <w:t>3. Về phẩm chất:</w:t>
      </w:r>
    </w:p>
    <w:p>
      <w:r>
        <w:rPr>
          <w:b w:val="0"/>
          <w:i w:val="0"/>
        </w:rPr>
        <w:t xml:space="preserve">   - ........................................................................................</w:t>
      </w:r>
    </w:p>
    <w:p/>
    <w:p>
      <w:r>
        <w:rPr>
          <w:b/>
          <w:i w:val="0"/>
        </w:rPr>
        <w:t>II. THIẾT BỊ DẠY HỌC VÀ HỌC LIỆU</w:t>
      </w:r>
    </w:p>
    <w:p>
      <w:r>
        <w:rPr>
          <w:b w:val="0"/>
          <w:i w:val="0"/>
        </w:rPr>
        <w:t>- Giáo viên: ...............................................................................</w:t>
      </w:r>
    </w:p>
    <w:p>
      <w:r>
        <w:rPr>
          <w:b w:val="0"/>
          <w:i w:val="0"/>
        </w:rPr>
        <w:t>- Học sinh: .................................................................................</w:t>
      </w:r>
    </w:p>
    <w:p/>
    <w:p>
      <w:r>
        <w:rPr>
          <w:b/>
          <w:i w:val="0"/>
        </w:rPr>
        <w:t>III. TIẾN TRÌNH DẠY HỌC</w:t>
      </w:r>
    </w:p>
    <w:p>
      <w:r>
        <w:rPr>
          <w:b/>
          <w:i w:val="0"/>
        </w:rPr>
        <w:t>Hoạt động 1: Mở đầu (......phút)</w:t>
      </w:r>
    </w:p>
    <w:p>
      <w:r>
        <w:rPr>
          <w:b w:val="0"/>
          <w:i w:val="0"/>
        </w:rPr>
        <w:t>a) Mục tiêu: ...............................................................................</w:t>
      </w:r>
    </w:p>
    <w:p>
      <w:r>
        <w:rPr>
          <w:b w:val="0"/>
          <w:i w:val="0"/>
        </w:rPr>
        <w:t>b) Nội dung: ..............................................................................</w:t>
      </w:r>
    </w:p>
    <w:p>
      <w:r>
        <w:rPr>
          <w:b w:val="0"/>
          <w:i w:val="0"/>
        </w:rPr>
        <w:t>c) Sản phẩm: ............................................................................</w:t>
      </w:r>
    </w:p>
    <w:p>
      <w:r>
        <w:rPr>
          <w:b w:val="0"/>
          <w:i w:val="0"/>
        </w:rPr>
        <w:t>d) Tổ chức thực hiện: ...............................................................</w:t>
      </w:r>
    </w:p>
    <w:p/>
    <w:p>
      <w:r>
        <w:rPr>
          <w:b/>
          <w:i w:val="0"/>
        </w:rPr>
        <w:t>Hoạt động 2: Hình thành kiến thức mới (......phút)</w:t>
      </w:r>
    </w:p>
    <w:p>
      <w:r>
        <w:rPr>
          <w:b w:val="0"/>
          <w:i w:val="0"/>
        </w:rPr>
        <w:t>a) Mục tiêu: ...............................................................................</w:t>
      </w:r>
    </w:p>
    <w:p>
      <w:r>
        <w:rPr>
          <w:b w:val="0"/>
          <w:i w:val="0"/>
        </w:rPr>
        <w:t>b) Nội dung: ..............................................................................</w:t>
      </w:r>
    </w:p>
    <w:p>
      <w:r>
        <w:rPr>
          <w:b w:val="0"/>
          <w:i w:val="0"/>
        </w:rPr>
        <w:t>c) Sản phẩm: ............................................................................</w:t>
      </w:r>
    </w:p>
    <w:p>
      <w:r>
        <w:rPr>
          <w:b w:val="0"/>
          <w:i w:val="0"/>
        </w:rPr>
        <w:t>d) Tổ chức thực hiện: ...............................................................</w:t>
      </w:r>
    </w:p>
    <w:p/>
    <w:p>
      <w:r>
        <w:rPr>
          <w:b/>
          <w:i w:val="0"/>
        </w:rPr>
        <w:t>Hoạt động 3: Luyện tập (......phút)</w:t>
      </w:r>
    </w:p>
    <w:p>
      <w:r>
        <w:rPr>
          <w:b w:val="0"/>
          <w:i w:val="0"/>
        </w:rPr>
        <w:t>a) Mục tiêu: ...............................................................................</w:t>
      </w:r>
    </w:p>
    <w:p>
      <w:r>
        <w:rPr>
          <w:b w:val="0"/>
          <w:i w:val="0"/>
        </w:rPr>
        <w:t>b) Nội dung: ..............................................................................</w:t>
      </w:r>
    </w:p>
    <w:p>
      <w:r>
        <w:rPr>
          <w:b w:val="0"/>
          <w:i w:val="0"/>
        </w:rPr>
        <w:t>c) Sản phẩm: ............................................................................</w:t>
      </w:r>
    </w:p>
    <w:p>
      <w:r>
        <w:rPr>
          <w:b w:val="0"/>
          <w:i w:val="0"/>
        </w:rPr>
        <w:t>d) Tổ chức thực hiện: ...............................................................</w:t>
      </w:r>
    </w:p>
    <w:p/>
    <w:p>
      <w:r>
        <w:rPr>
          <w:b/>
          <w:i w:val="0"/>
        </w:rPr>
        <w:t>Hoạt động 4: Vận dụng (......phút)</w:t>
      </w:r>
    </w:p>
    <w:p>
      <w:r>
        <w:rPr>
          <w:b w:val="0"/>
          <w:i w:val="0"/>
        </w:rPr>
        <w:t>a) Mục tiêu: ...............................................................................</w:t>
      </w:r>
    </w:p>
    <w:p>
      <w:r>
        <w:rPr>
          <w:b w:val="0"/>
          <w:i w:val="0"/>
        </w:rPr>
        <w:t>b) Nội dung: ..............................................................................</w:t>
      </w:r>
    </w:p>
    <w:p>
      <w:r>
        <w:rPr>
          <w:b w:val="0"/>
          <w:i w:val="0"/>
        </w:rPr>
        <w:t>c) Sản phẩm: ............................................................................</w:t>
      </w:r>
    </w:p>
    <w:p>
      <w:r>
        <w:rPr>
          <w:b w:val="0"/>
          <w:i w:val="0"/>
        </w:rPr>
        <w:t>d) Tổ chức thực hiện: ...............................................................</w:t>
      </w:r>
    </w:p>
    <w:p/>
    <w:p>
      <w:r>
        <w:rPr>
          <w:b/>
          <w:i w:val="0"/>
        </w:rPr>
        <w:t>IV. ĐIỀU CHỈNH SAU BÀI DẠY</w:t>
      </w:r>
    </w:p>
    <w:p>
      <w:r>
        <w:rPr>
          <w:b w:val="0"/>
          <w:i w:val="0"/>
        </w:rPr>
        <w:t>....................................................................................................</w:t>
      </w:r>
    </w:p>
    <w:sectPr w:rsidR="00FC693F" w:rsidRPr="0006063C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