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40"/>
        </w:rPr>
        <w:t>NGUYỄN VĂN A</w:t>
      </w:r>
    </w:p>
    <w:p>
      <w:pPr>
        <w:jc w:val="center"/>
      </w:pPr>
      <w:r>
        <w:rPr>
          <w:b w:val="0"/>
          <w:i/>
          <w:sz w:val="24"/>
        </w:rPr>
        <w:t>Vị trí ứng tuyển: ............................................</w:t>
      </w:r>
    </w:p>
    <w:p>
      <w:pPr>
        <w:jc w:val="center"/>
      </w:pPr>
      <w:r>
        <w:rPr>
          <w:b w:val="0"/>
          <w:i w:val="0"/>
          <w:sz w:val="22"/>
        </w:rPr>
        <w:t>📞 ......................   ✉️ ............................................   📍 ........................</w:t>
      </w:r>
    </w:p>
    <w:p/>
    <w:p>
      <w:r>
        <w:rPr>
          <w:b/>
          <w:i w:val="0"/>
        </w:rPr>
        <w:t>MỤC TIÊU NGHỀ NGHIỆP</w:t>
      </w:r>
    </w:p>
    <w:p>
      <w:r>
        <w:rPr>
          <w:b w:val="0"/>
          <w:i w:val="0"/>
        </w:rPr>
        <w:t>Mục tiêu ngắn hạn (1-2 năm): ........................................................</w:t>
      </w:r>
    </w:p>
    <w:p>
      <w:r>
        <w:rPr>
          <w:b w:val="0"/>
          <w:i w:val="0"/>
        </w:rPr>
        <w:t>Mục tiêu dài hạn (5 năm): ..............................................................</w:t>
      </w:r>
    </w:p>
    <w:p/>
    <w:p>
      <w:r>
        <w:rPr>
          <w:b/>
          <w:i w:val="0"/>
        </w:rPr>
        <w:t>HỌC VẤN</w:t>
      </w:r>
    </w:p>
    <w:p>
      <w:r>
        <w:rPr>
          <w:b w:val="0"/>
          <w:i w:val="0"/>
        </w:rPr>
        <w:t>20...... - 20......   Trường Đại học ........................................</w:t>
      </w:r>
    </w:p>
    <w:p>
      <w:r>
        <w:rPr>
          <w:b w:val="0"/>
          <w:i w:val="0"/>
        </w:rPr>
        <w:t xml:space="preserve">                          Chuyên ngành: ........................................</w:t>
      </w:r>
    </w:p>
    <w:p>
      <w:r>
        <w:rPr>
          <w:b w:val="0"/>
          <w:i w:val="0"/>
        </w:rPr>
        <w:t xml:space="preserve">                          GPA: ......./4.0   Xếp loại: ........................</w:t>
      </w:r>
    </w:p>
    <w:p/>
    <w:p>
      <w:r>
        <w:rPr>
          <w:b/>
          <w:i w:val="0"/>
        </w:rPr>
        <w:t>KINH NGHIỆM LÀM VIỆC</w:t>
      </w:r>
    </w:p>
    <w:p>
      <w:r>
        <w:rPr>
          <w:b w:val="0"/>
          <w:i w:val="0"/>
        </w:rPr>
        <w:t>20...... - 20......   Công ty ........................................</w:t>
      </w:r>
    </w:p>
    <w:p>
      <w:r>
        <w:rPr>
          <w:b w:val="0"/>
          <w:i w:val="0"/>
        </w:rPr>
        <w:t xml:space="preserve">                          Vị trí: ........................................</w:t>
      </w:r>
    </w:p>
    <w:p>
      <w:r>
        <w:rPr>
          <w:b w:val="0"/>
          <w:i w:val="0"/>
        </w:rPr>
        <w:t xml:space="preserve">                          - Mô tả công việc: ........................................</w:t>
      </w:r>
    </w:p>
    <w:p>
      <w:r>
        <w:rPr>
          <w:b w:val="0"/>
          <w:i w:val="0"/>
        </w:rPr>
        <w:t xml:space="preserve">                          - Thành tích: ........................................</w:t>
      </w:r>
    </w:p>
    <w:p/>
    <w:p>
      <w:r>
        <w:rPr>
          <w:b/>
          <w:i w:val="0"/>
        </w:rPr>
        <w:t>KỸ NĂNG</w:t>
      </w:r>
    </w:p>
    <w:p>
      <w:r>
        <w:rPr>
          <w:b w:val="0"/>
          <w:i w:val="0"/>
        </w:rPr>
        <w:t>• Kỹ năng cứng (Hard skills): ........................................</w:t>
      </w:r>
    </w:p>
    <w:p>
      <w:r>
        <w:rPr>
          <w:b w:val="0"/>
          <w:i w:val="0"/>
        </w:rPr>
        <w:t>• Kỹ năng mềm (Soft skills): ........................................</w:t>
      </w:r>
    </w:p>
    <w:p>
      <w:r>
        <w:rPr>
          <w:b w:val="0"/>
          <w:i w:val="0"/>
        </w:rPr>
        <w:t>• Ngoại ngữ: ........................................</w:t>
      </w:r>
    </w:p>
    <w:p>
      <w:r>
        <w:rPr>
          <w:b w:val="0"/>
          <w:i w:val="0"/>
        </w:rPr>
        <w:t>• Tin học văn phòng: ........................................</w:t>
      </w:r>
    </w:p>
    <w:p/>
    <w:p>
      <w:r>
        <w:rPr>
          <w:b/>
          <w:i w:val="0"/>
        </w:rPr>
        <w:t>HOẠT ĐỘNG &amp; GIẢI THƯỞNG</w:t>
      </w:r>
    </w:p>
    <w:p>
      <w:r>
        <w:rPr>
          <w:b w:val="0"/>
          <w:i w:val="0"/>
        </w:rPr>
        <w:t>• ........................................................................................</w:t>
      </w:r>
    </w:p>
    <w:p>
      <w:r>
        <w:rPr>
          <w:b w:val="0"/>
          <w:i w:val="0"/>
        </w:rPr>
        <w:t>• ........................................................................................</w:t>
      </w:r>
    </w:p>
    <w:p/>
    <w:p>
      <w:r>
        <w:rPr>
          <w:b/>
          <w:i w:val="0"/>
        </w:rPr>
        <w:t>NGƯỜI THAM CHIẾU</w:t>
      </w:r>
    </w:p>
    <w:p>
      <w:r>
        <w:rPr>
          <w:b w:val="0"/>
          <w:i w:val="0"/>
        </w:rPr>
        <w:t>Ông/Bà ........................................   Chức vụ: ........................</w:t>
      </w:r>
    </w:p>
    <w:p>
      <w:r>
        <w:rPr>
          <w:b w:val="0"/>
          <w:i w:val="0"/>
        </w:rPr>
        <w:t>Đơn vị: ........................................   Điện thoại: ........................</w:t>
      </w:r>
    </w:p>
    <w:p/>
    <w:sectPr w:rsidR="00FC693F" w:rsidRPr="0006063C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