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/>
          <w:sz w:val="24"/>
        </w:rPr>
        <w:t>Độc lập - Tự do - Hạnh phúc</w:t>
      </w:r>
    </w:p>
    <w:p/>
    <w:p>
      <w:pPr>
        <w:jc w:val="center"/>
      </w:pPr>
      <w:r>
        <w:rPr>
          <w:b/>
          <w:i w:val="0"/>
          <w:sz w:val="30"/>
        </w:rPr>
        <w:t>MẪU BIÊN BẢN HỌP</w:t>
      </w:r>
    </w:p>
    <w:p/>
    <w:p>
      <w:r>
        <w:rPr>
          <w:b w:val="0"/>
          <w:i w:val="0"/>
        </w:rPr>
        <w:t>Hôm nay, vào lúc ...... giờ ...... ngày ...... tháng ...... năm 20......</w:t>
      </w:r>
    </w:p>
    <w:p>
      <w:r>
        <w:rPr>
          <w:b w:val="0"/>
          <w:i w:val="0"/>
        </w:rPr>
        <w:t>Tại: .........................................................................................</w:t>
      </w:r>
    </w:p>
    <w:p/>
    <w:p>
      <w:r>
        <w:rPr>
          <w:b/>
          <w:i w:val="0"/>
        </w:rPr>
        <w:t>Chúng tôi gồm:</w:t>
      </w:r>
    </w:p>
    <w:p>
      <w:r>
        <w:rPr>
          <w:b w:val="0"/>
          <w:i w:val="0"/>
        </w:rPr>
        <w:t>1. Chủ trì cuộc họp: ..............................   Chức vụ: ......................</w:t>
      </w:r>
    </w:p>
    <w:p>
      <w:r>
        <w:rPr>
          <w:b w:val="0"/>
          <w:i w:val="0"/>
        </w:rPr>
        <w:t>2. Thư ký cuộc họp: ..............................   Chức vụ: ......................</w:t>
      </w:r>
    </w:p>
    <w:p>
      <w:r>
        <w:rPr>
          <w:b w:val="0"/>
          <w:i w:val="0"/>
        </w:rPr>
        <w:t>3. Thành phần tham dự:</w:t>
      </w:r>
    </w:p>
    <w:p>
      <w:r>
        <w:rPr>
          <w:b w:val="0"/>
          <w:i w:val="0"/>
        </w:rPr>
        <w:t xml:space="preserve">   - Ông/Bà ......................................   Chức vụ: ......................</w:t>
      </w:r>
    </w:p>
    <w:p>
      <w:r>
        <w:rPr>
          <w:b w:val="0"/>
          <w:i w:val="0"/>
        </w:rPr>
        <w:t xml:space="preserve">   - Ông/Bà ......................................   Chức vụ: ......................</w:t>
      </w:r>
    </w:p>
    <w:p>
      <w:r>
        <w:rPr>
          <w:b w:val="0"/>
          <w:i w:val="0"/>
        </w:rPr>
        <w:t xml:space="preserve">   - Ông/Bà ......................................   Chức vụ: ......................</w:t>
      </w:r>
    </w:p>
    <w:p>
      <w:r>
        <w:rPr>
          <w:b w:val="0"/>
          <w:i w:val="0"/>
        </w:rPr>
        <w:t xml:space="preserve">   - Ông/Bà ......................................   Chức vụ: ......................</w:t>
      </w:r>
    </w:p>
    <w:p>
      <w:r>
        <w:rPr>
          <w:b w:val="0"/>
          <w:i w:val="0"/>
        </w:rPr>
        <w:t xml:space="preserve">   - Ông/Bà ......................................   Chức vụ: ......................</w:t>
      </w:r>
    </w:p>
    <w:p>
      <w:r>
        <w:rPr>
          <w:b w:val="0"/>
          <w:i w:val="0"/>
        </w:rPr>
        <w:t>Thành viên vắng mặt (nếu có): ...................................................</w:t>
      </w:r>
    </w:p>
    <w:p/>
    <w:p>
      <w:r>
        <w:rPr>
          <w:b/>
          <w:i w:val="0"/>
        </w:rPr>
        <w:t>NỘI DUNG CUỘC HỌP</w:t>
      </w:r>
    </w:p>
    <w:p>
      <w:r>
        <w:rPr>
          <w:b w:val="0"/>
          <w:i w:val="0"/>
        </w:rPr>
        <w:t>1. Mục đích cuộc họp: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2. Các vấn đề đã thảo luận:</w:t>
      </w:r>
    </w:p>
    <w:p>
      <w:r>
        <w:rPr>
          <w:b w:val="0"/>
          <w:i w:val="0"/>
        </w:rPr>
        <w:t xml:space="preserve">   a) ........................................................................................</w:t>
      </w:r>
    </w:p>
    <w:p>
      <w:r>
        <w:rPr>
          <w:b w:val="0"/>
          <w:i w:val="0"/>
        </w:rPr>
        <w:t xml:space="preserve">   b) ........................................................................................</w:t>
      </w:r>
    </w:p>
    <w:p>
      <w:r>
        <w:rPr>
          <w:b w:val="0"/>
          <w:i w:val="0"/>
        </w:rPr>
        <w:t xml:space="preserve">   c) ........................................................................................</w:t>
      </w:r>
    </w:p>
    <w:p>
      <w:r>
        <w:rPr>
          <w:b w:val="0"/>
          <w:i w:val="0"/>
        </w:rPr>
        <w:t>3. Ý kiến phát biểu của các thành viên: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4. Kết luận của chủ trì: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/>
    <w:p>
      <w:r>
        <w:rPr>
          <w:b w:val="0"/>
          <w:i w:val="0"/>
        </w:rPr>
        <w:t>Cuộc họp kết thúc vào lúc ...... giờ ...... cùng ngày. Biên bản được đọc lại trước toàn thể thành viên tham dự và nhất trí thông qua.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center"/>
            </w:pPr>
            <w:r>
              <w:rPr>
                <w:b/>
              </w:rPr>
              <w:t>THƯ KÝ</w:t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rPr>
                <w:b/>
              </w:rPr>
              <w:t>CHỦ TRÌ</w:t>
            </w:r>
          </w:p>
        </w:tc>
      </w:tr>
      <w:tr>
        <w:tc>
          <w:tcPr>
            <w:tcW w:type="dxa" w:w="4844"/>
          </w:tcPr>
          <w:p>
            <w:pPr>
              <w:jc w:val="center"/>
            </w:pPr>
            <w:r>
              <w:rPr>
                <w:b w:val="0"/>
              </w:rPr>
              <w:t>(Ký, ghi rõ họ tên)</w:t>
              <w:br/>
              <w:br/>
              <w:br/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rPr>
                <w:b w:val="0"/>
              </w:rPr>
              <w:t>(Ký, ghi rõ họ tên)</w:t>
              <w:br/>
              <w:br/>
              <w:br/>
            </w:r>
          </w:p>
        </w:tc>
      </w:tr>
    </w:tbl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