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CỘNG HÒA XÃ HỘI CHỦ NGHĨA VIỆT NAM</w:t>
      </w:r>
    </w:p>
    <w:p>
      <w:pPr>
        <w:jc w:val="center"/>
      </w:pPr>
      <w:r>
        <w:rPr>
          <w:b/>
          <w:i/>
          <w:sz w:val="24"/>
        </w:rPr>
        <w:t>Độc lập - Tự do - Hạnh phúc</w:t>
      </w:r>
    </w:p>
    <w:p/>
    <w:p>
      <w:pPr>
        <w:jc w:val="center"/>
      </w:pPr>
      <w:r>
        <w:rPr>
          <w:b/>
          <w:i w:val="0"/>
          <w:sz w:val="30"/>
        </w:rPr>
        <w:t>HỢP ĐỒNG THUÊ NHÀ Ở</w:t>
      </w:r>
    </w:p>
    <w:p>
      <w:pPr>
        <w:jc w:val="center"/>
      </w:pPr>
      <w:r>
        <w:rPr>
          <w:b w:val="0"/>
          <w:i/>
          <w:sz w:val="22"/>
        </w:rPr>
        <w:t>Số: ......./HĐ-........</w:t>
      </w:r>
    </w:p>
    <w:p/>
    <w:p>
      <w:r>
        <w:rPr>
          <w:b w:val="0"/>
          <w:i w:val="0"/>
        </w:rPr>
        <w:t>Hôm nay, ngày ...... tháng ...... năm 20......, tại ............................................, chúng tôi gồm:</w:t>
      </w:r>
    </w:p>
    <w:p/>
    <w:p>
      <w:r>
        <w:rPr>
          <w:b/>
          <w:i w:val="0"/>
        </w:rPr>
        <w:t>BÊN A (BÊN ........................):</w:t>
      </w:r>
    </w:p>
    <w:p>
      <w:r>
        <w:rPr>
          <w:b w:val="0"/>
          <w:i w:val="0"/>
        </w:rPr>
        <w:t xml:space="preserve">   Họ và tên/Tên đơn vị: ..............................................................</w:t>
      </w:r>
    </w:p>
    <w:p>
      <w:r>
        <w:rPr>
          <w:b w:val="0"/>
          <w:i w:val="0"/>
        </w:rPr>
        <w:t xml:space="preserve">   Địa chỉ: ........................................................................................</w:t>
      </w:r>
    </w:p>
    <w:p>
      <w:r>
        <w:rPr>
          <w:b w:val="0"/>
          <w:i w:val="0"/>
        </w:rPr>
        <w:t xml:space="preserve">   Mã số thuế/CCCD: .....................................................................</w:t>
      </w:r>
    </w:p>
    <w:p>
      <w:r>
        <w:rPr>
          <w:b w:val="0"/>
          <w:i w:val="0"/>
        </w:rPr>
        <w:t xml:space="preserve">   Người đại diện: ....................................   Chức vụ: ......................</w:t>
      </w:r>
    </w:p>
    <w:p>
      <w:r>
        <w:rPr>
          <w:b w:val="0"/>
          <w:i w:val="0"/>
        </w:rPr>
        <w:t xml:space="preserve">   Số điện thoại: ......................................   Email: ........................</w:t>
      </w:r>
    </w:p>
    <w:p/>
    <w:p>
      <w:r>
        <w:rPr>
          <w:b/>
          <w:i w:val="0"/>
        </w:rPr>
        <w:t>BÊN B (BÊN ........................):</w:t>
      </w:r>
    </w:p>
    <w:p>
      <w:r>
        <w:rPr>
          <w:b w:val="0"/>
          <w:i w:val="0"/>
        </w:rPr>
        <w:t xml:space="preserve">   Họ và tên: ..................................................................................</w:t>
      </w:r>
    </w:p>
    <w:p>
      <w:r>
        <w:rPr>
          <w:b w:val="0"/>
          <w:i w:val="0"/>
        </w:rPr>
        <w:t xml:space="preserve">   Ngày sinh: ........./........./.............</w:t>
      </w:r>
    </w:p>
    <w:p>
      <w:r>
        <w:rPr>
          <w:b w:val="0"/>
          <w:i w:val="0"/>
        </w:rPr>
        <w:t xml:space="preserve">   CCCD/CMND số: .................................. cấp ngày ......./......./...........</w:t>
      </w:r>
    </w:p>
    <w:p>
      <w:r>
        <w:rPr>
          <w:b w:val="0"/>
          <w:i w:val="0"/>
        </w:rPr>
        <w:t xml:space="preserve">   Địa chỉ thường trú: ..................................................................</w:t>
      </w:r>
    </w:p>
    <w:p>
      <w:r>
        <w:rPr>
          <w:b w:val="0"/>
          <w:i w:val="0"/>
        </w:rPr>
        <w:t xml:space="preserve">   Số điện thoại: ......................................   Email: ........................</w:t>
      </w:r>
    </w:p>
    <w:p/>
    <w:p>
      <w:r>
        <w:rPr>
          <w:b w:val="0"/>
          <w:i w:val="0"/>
        </w:rPr>
        <w:t>Hai bên thống nhất ký kết hợp đồng với các điều khoản sau:</w:t>
      </w:r>
    </w:p>
    <w:p>
      <w:r>
        <w:rPr>
          <w:b/>
          <w:i w:val="0"/>
        </w:rPr>
        <w:t>Điều 1. Đối tượng và phạm vi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2. Thời hạn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3. Quyền lợi và nghĩa vụ của Bên A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4. Quyền lợi và nghĩa vụ của Bên B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5. Giá trị hợp đồng và phương thức thanh toán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6. Điều khoản chấm dứt hợp đồng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7. Giải quyết tranh chấp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/>
          <w:i w:val="0"/>
        </w:rPr>
        <w:t>Điều 8. Điều khoản chung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p/>
    <w:p>
      <w:r>
        <w:rPr>
          <w:b w:val="0"/>
          <w:i w:val="0"/>
        </w:rPr>
        <w:t>Hợp đồng được lập thành 02 (hai) bản có giá trị pháp lý như nhau, mỗi bên giữ 01 (một) bản để thực hiện.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BÊN A</w:t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/>
              </w:rPr>
              <w:t>BÊN B</w:t>
            </w:r>
          </w:p>
        </w:tc>
      </w:tr>
      <w:tr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  <w:br/>
            </w:r>
          </w:p>
        </w:tc>
        <w:tc>
          <w:tcPr>
            <w:tcW w:type="dxa" w:w="4844"/>
          </w:tcPr>
          <w:p>
            <w:pPr>
              <w:jc w:val="center"/>
            </w:pPr>
            <w:r>
              <w:rPr>
                <w:b w:val="0"/>
              </w:rPr>
              <w:t>(Ký, ghi rõ họ tên)</w:t>
              <w:br/>
              <w:br/>
              <w:br/>
              <w:br/>
            </w:r>
          </w:p>
        </w:tc>
      </w:tr>
    </w:tbl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