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26"/>
        </w:rPr>
        <w:t>CỘNG HÒA XÃ HỘI CHỦ NGHĨA VIỆT NAM</w:t>
      </w:r>
    </w:p>
    <w:p>
      <w:pPr>
        <w:jc w:val="center"/>
      </w:pPr>
      <w:r>
        <w:rPr>
          <w:b/>
          <w:i/>
          <w:sz w:val="24"/>
        </w:rPr>
        <w:t>Độc lập - Tự do - Hạnh phúc</w:t>
      </w:r>
    </w:p>
    <w:p/>
    <w:p>
      <w:pPr>
        <w:jc w:val="center"/>
      </w:pPr>
      <w:r>
        <w:rPr>
          <w:b/>
          <w:i w:val="0"/>
          <w:sz w:val="30"/>
        </w:rPr>
        <w:t>GIẤY ỦY QUYỀN CÁ NHÂN</w:t>
      </w:r>
    </w:p>
    <w:p/>
    <w:p>
      <w:r>
        <w:rPr>
          <w:b w:val="0"/>
          <w:i w:val="0"/>
        </w:rPr>
        <w:t>Hôm nay, ngày ...... tháng ...... năm 20......, tại ............................................, chúng tôi gồm:</w:t>
      </w:r>
    </w:p>
    <w:p/>
    <w:p>
      <w:r>
        <w:rPr>
          <w:b/>
          <w:i w:val="0"/>
        </w:rPr>
        <w:t>BÊN ỦY QUYỀN (BÊN A):</w:t>
      </w:r>
    </w:p>
    <w:p>
      <w:r>
        <w:rPr>
          <w:b w:val="0"/>
          <w:i w:val="0"/>
        </w:rPr>
        <w:t xml:space="preserve">   Họ và tên: ..................................................................................</w:t>
      </w:r>
    </w:p>
    <w:p>
      <w:r>
        <w:rPr>
          <w:b w:val="0"/>
          <w:i w:val="0"/>
        </w:rPr>
        <w:t xml:space="preserve">   Ngày sinh: ........./........./.............</w:t>
      </w:r>
    </w:p>
    <w:p>
      <w:r>
        <w:rPr>
          <w:b w:val="0"/>
          <w:i w:val="0"/>
        </w:rPr>
        <w:t xml:space="preserve">   CCCD/CMND số: .................................. cấp ngày ......./......./...........</w:t>
      </w:r>
    </w:p>
    <w:p>
      <w:r>
        <w:rPr>
          <w:b w:val="0"/>
          <w:i w:val="0"/>
        </w:rPr>
        <w:t xml:space="preserve">   Hộ khẩu thường trú: ................................................................</w:t>
      </w:r>
    </w:p>
    <w:p>
      <w:r>
        <w:rPr>
          <w:b/>
          <w:i w:val="0"/>
        </w:rPr>
        <w:t>BÊN ĐƯỢC ỦY QUYỀN (BÊN B):</w:t>
      </w:r>
    </w:p>
    <w:p>
      <w:r>
        <w:rPr>
          <w:b w:val="0"/>
          <w:i w:val="0"/>
        </w:rPr>
        <w:t xml:space="preserve">   Họ và tên: ..................................................................................</w:t>
      </w:r>
    </w:p>
    <w:p>
      <w:r>
        <w:rPr>
          <w:b w:val="0"/>
          <w:i w:val="0"/>
        </w:rPr>
        <w:t xml:space="preserve">   Ngày sinh: ........./........./.............</w:t>
      </w:r>
    </w:p>
    <w:p>
      <w:r>
        <w:rPr>
          <w:b w:val="0"/>
          <w:i w:val="0"/>
        </w:rPr>
        <w:t xml:space="preserve">   CCCD/CMND số: .................................. cấp ngày ......./......./...........</w:t>
      </w:r>
    </w:p>
    <w:p>
      <w:r>
        <w:rPr>
          <w:b w:val="0"/>
          <w:i w:val="0"/>
        </w:rPr>
        <w:t xml:space="preserve">   Hộ khẩu thường trú: ................................................................</w:t>
      </w:r>
    </w:p>
    <w:p/>
    <w:p>
      <w:r>
        <w:rPr>
          <w:b/>
          <w:i w:val="0"/>
        </w:rPr>
        <w:t>NỘI DUNG ỦY QUYỀN:</w:t>
      </w:r>
    </w:p>
    <w:p>
      <w:r>
        <w:rPr>
          <w:b w:val="0"/>
          <w:i w:val="0"/>
        </w:rPr>
        <w:t>Bên A đồng ý ủy quyền cho Bên B được thay mặt Bên A thực hiện các công việc sau đây:</w:t>
      </w:r>
    </w:p>
    <w:p>
      <w:r>
        <w:rPr>
          <w:b w:val="0"/>
          <w:i w:val="0"/>
        </w:rPr>
        <w:t>1. ............................................................................................</w:t>
      </w:r>
    </w:p>
    <w:p>
      <w:r>
        <w:rPr>
          <w:b w:val="0"/>
          <w:i w:val="0"/>
        </w:rPr>
        <w:t>2. ............................................................................................</w:t>
      </w:r>
    </w:p>
    <w:p>
      <w:r>
        <w:rPr>
          <w:b w:val="0"/>
          <w:i w:val="0"/>
        </w:rPr>
        <w:t>3. ............................................................................................</w:t>
      </w:r>
    </w:p>
    <w:p/>
    <w:p>
      <w:r>
        <w:rPr>
          <w:b/>
          <w:i w:val="0"/>
        </w:rPr>
        <w:t>THỜI HẠN ỦY QUYỀN:</w:t>
      </w:r>
    </w:p>
    <w:p>
      <w:r>
        <w:rPr>
          <w:b w:val="0"/>
          <w:i w:val="0"/>
        </w:rPr>
        <w:t>Từ ngày ...... tháng ...... năm 20...... đến ngày ...... tháng ...... năm 20......</w:t>
      </w:r>
    </w:p>
    <w:p/>
    <w:p>
      <w:r>
        <w:rPr>
          <w:b w:val="0"/>
          <w:i w:val="0"/>
        </w:rPr>
        <w:t>Bên B cam kết thực hiện các công việc được ủy quyền trong phạm vi nêu trên, không vượt quá quyền hạn được ủy quyền.</w:t>
      </w:r>
    </w:p>
    <w:p>
      <w:r>
        <w:rPr>
          <w:b w:val="0"/>
          <w:i w:val="0"/>
        </w:rPr>
        <w:t>Giấy ủy quyền này được lập thành 02 (hai) bản, mỗi bên giữ 01 (một) bản.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844"/>
        <w:gridCol w:w="4844"/>
      </w:tblGrid>
      <w:tr>
        <w:tc>
          <w:tcPr>
            <w:tcW w:type="dxa" w:w="4844"/>
          </w:tcPr>
          <w:p>
            <w:pPr>
              <w:jc w:val="center"/>
            </w:pPr>
            <w:r>
              <w:t>BÊN ỦY QUYỀN</w:t>
            </w:r>
          </w:p>
        </w:tc>
        <w:tc>
          <w:tcPr>
            <w:tcW w:type="dxa" w:w="4844"/>
          </w:tcPr>
          <w:p>
            <w:pPr>
              <w:jc w:val="center"/>
            </w:pPr>
            <w:r>
              <w:t>BÊN ĐƯỢC ỦY QUYỀN</w:t>
            </w:r>
          </w:p>
        </w:tc>
      </w:tr>
      <w:tr>
        <w:tc>
          <w:tcPr>
            <w:tcW w:type="dxa" w:w="4844"/>
          </w:tcPr>
          <w:p>
            <w:pPr>
              <w:jc w:val="center"/>
            </w:pPr>
            <w:r>
              <w:t>(Ký, ghi rõ họ tên)</w:t>
              <w:br/>
              <w:br/>
              <w:br/>
            </w:r>
          </w:p>
        </w:tc>
        <w:tc>
          <w:tcPr>
            <w:tcW w:type="dxa" w:w="4844"/>
          </w:tcPr>
          <w:p>
            <w:pPr>
              <w:jc w:val="center"/>
            </w:pPr>
            <w:r>
              <w:t>(Ký, ghi rõ họ tên)</w:t>
              <w:br/>
              <w:br/>
              <w:br/>
            </w:r>
          </w:p>
        </w:tc>
      </w:tr>
    </w:tbl>
    <w:sectPr w:rsidR="00FC693F" w:rsidRPr="0006063C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