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6"/>
        </w:rPr>
        <w:t>CỘNG HÒA XÃ HỘI CHỦ NGHĨA VIỆT NAM</w:t>
      </w:r>
    </w:p>
    <w:p>
      <w:pPr>
        <w:jc w:val="center"/>
      </w:pPr>
      <w:r>
        <w:rPr>
          <w:b/>
          <w:i/>
          <w:sz w:val="24"/>
        </w:rPr>
        <w:t>Độc lập - Tự do - Hạnh phúc</w:t>
      </w:r>
    </w:p>
    <w:p>
      <w:pPr>
        <w:jc w:val="center"/>
      </w:pPr>
      <w:r>
        <w:rPr>
          <w:b w:val="0"/>
          <w:i w:val="0"/>
          <w:sz w:val="22"/>
        </w:rPr>
        <w:t>─────────────</w:t>
      </w:r>
    </w:p>
    <w:p/>
    <w:p>
      <w:pPr>
        <w:jc w:val="center"/>
      </w:pPr>
      <w:r>
        <w:rPr>
          <w:b/>
          <w:i w:val="0"/>
          <w:sz w:val="30"/>
        </w:rPr>
        <w:t>ĐƠN XIN NGHỈ PHÉP NĂM</w:t>
      </w:r>
    </w:p>
    <w:p/>
    <w:p>
      <w:r>
        <w:rPr>
          <w:b w:val="0"/>
          <w:i w:val="0"/>
        </w:rPr>
        <w:t>Kính gửi: ..........................................................................</w:t>
      </w:r>
    </w:p>
    <w:p/>
    <w:p>
      <w:r>
        <w:rPr>
          <w:b w:val="0"/>
          <w:i w:val="0"/>
        </w:rPr>
        <w:t>Tôi tên là: ...............................................................................</w:t>
      </w:r>
    </w:p>
    <w:p>
      <w:r>
        <w:rPr>
          <w:b w:val="0"/>
          <w:i w:val="0"/>
        </w:rPr>
        <w:t>Ngày sinh: ........./........./.............    Giới tính: ............................</w:t>
      </w:r>
    </w:p>
    <w:p>
      <w:r>
        <w:rPr>
          <w:b w:val="0"/>
          <w:i w:val="0"/>
        </w:rPr>
        <w:t>Số CCCD/CMND: .............................. Cấp ngày: ...../...../.........</w:t>
      </w:r>
    </w:p>
    <w:p>
      <w:r>
        <w:rPr>
          <w:b w:val="0"/>
          <w:i w:val="0"/>
        </w:rPr>
        <w:t>Địa chỉ thường trú: ..................................................................</w:t>
      </w:r>
    </w:p>
    <w:p>
      <w:r>
        <w:rPr>
          <w:b w:val="0"/>
          <w:i w:val="0"/>
        </w:rPr>
        <w:t>Số điện thoại: ................................. Email: ................................</w:t>
      </w:r>
    </w:p>
    <w:p/>
    <w:p>
      <w:r>
        <w:rPr>
          <w:b w:val="0"/>
          <w:i w:val="0"/>
        </w:rPr>
        <w:t>Nay tôi làm đơn này để kính trình ............................................. xem xét, giải quyết cho tôi được .............................................</w:t>
      </w:r>
    </w:p>
    <w:p/>
    <w:p>
      <w:r>
        <w:rPr>
          <w:b w:val="0"/>
          <w:i w:val="0"/>
        </w:rPr>
        <w:t>Lý do: ........................................................................................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/>
    <w:p>
      <w:r>
        <w:rPr>
          <w:b w:val="0"/>
          <w:i w:val="0"/>
        </w:rPr>
        <w:t>Thời gian: từ ngày ...../...../......... đến ngày ...../...../...........</w:t>
      </w:r>
    </w:p>
    <w:p/>
    <w:p>
      <w:r>
        <w:rPr>
          <w:b w:val="0"/>
          <w:i w:val="0"/>
        </w:rPr>
        <w:t>Trong thời gian này, tôi xin cam kết bàn giao đầy đủ công việc và chịu mọi trách nhiệm liên quan.</w:t>
      </w:r>
    </w:p>
    <w:p>
      <w:r>
        <w:rPr>
          <w:b w:val="0"/>
          <w:i w:val="0"/>
        </w:rPr>
        <w:t>Kính mong Quý cơ quan/Ban Giám đốc xem xét chấp thuận.</w:t>
      </w:r>
    </w:p>
    <w:p>
      <w:r>
        <w:rPr>
          <w:b w:val="0"/>
          <w:i w:val="0"/>
        </w:rPr>
        <w:t>Tôi xin trân trọng cảm ơn!</w:t>
      </w:r>
    </w:p>
    <w:p/>
    <w:p>
      <w:pPr>
        <w:jc w:val="right"/>
      </w:pPr>
      <w:r>
        <w:rPr>
          <w:b w:val="0"/>
          <w:i/>
        </w:rPr>
        <w:t>..............., ngày ...... tháng ...... năm 20......</w:t>
      </w:r>
    </w:p>
    <w:p/>
    <w:p>
      <w:pPr>
        <w:jc w:val="center"/>
      </w:pPr>
      <w:r>
        <w:rPr>
          <w:b/>
        </w:rPr>
        <w:t>Người làm đơn</w:t>
      </w:r>
    </w:p>
    <w:p>
      <w:pPr>
        <w:jc w:val="center"/>
      </w:pPr>
      <w:r>
        <w:rPr>
          <w:b w:val="0"/>
          <w:i/>
          <w:sz w:val="22"/>
        </w:rPr>
        <w:t>(Ký, ghi rõ họ tên)</w:t>
      </w:r>
    </w:p>
    <w:p/>
    <w:p/>
    <w:p/>
    <w:p/>
    <w:sectPr w:rsidR="00FC693F" w:rsidRPr="0006063C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