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>
      <w:pPr>
        <w:jc w:val="center"/>
      </w:pPr>
      <w:r>
        <w:rPr>
          <w:b w:val="0"/>
          <w:i w:val="0"/>
          <w:sz w:val="22"/>
        </w:rPr>
        <w:t>─────────────</w:t>
      </w:r>
    </w:p>
    <w:p/>
    <w:p>
      <w:pPr>
        <w:jc w:val="center"/>
      </w:pPr>
      <w:r>
        <w:rPr>
          <w:b/>
          <w:i w:val="0"/>
          <w:sz w:val="30"/>
        </w:rPr>
        <w:t>ĐƠN XIN CHUYỂN TRƯỜNG CHO HỌC SINH</w:t>
      </w:r>
    </w:p>
    <w:p/>
    <w:p>
      <w:r>
        <w:rPr>
          <w:b w:val="0"/>
          <w:i w:val="0"/>
        </w:rPr>
        <w:t>Kính gửi: Ban Giám hiệu Trường ............................................</w:t>
      </w:r>
    </w:p>
    <w:p/>
    <w:p>
      <w:r>
        <w:rPr>
          <w:b w:val="0"/>
          <w:i w:val="0"/>
        </w:rPr>
        <w:t>Tôi tên là: ...............................................................................</w:t>
      </w:r>
    </w:p>
    <w:p>
      <w:r>
        <w:rPr>
          <w:b w:val="0"/>
          <w:i w:val="0"/>
        </w:rPr>
        <w:t>Ngày sinh: ........./........./.............    Giới tính: ............................</w:t>
      </w:r>
    </w:p>
    <w:p>
      <w:r>
        <w:rPr>
          <w:b w:val="0"/>
          <w:i w:val="0"/>
        </w:rPr>
        <w:t>Số CCCD/CMND: .............................. Cấp ngày: ...../...../.........</w:t>
      </w:r>
    </w:p>
    <w:p>
      <w:r>
        <w:rPr>
          <w:b w:val="0"/>
          <w:i w:val="0"/>
        </w:rPr>
        <w:t>Địa chỉ thường trú: ..................................................................</w:t>
      </w:r>
    </w:p>
    <w:p>
      <w:r>
        <w:rPr>
          <w:b w:val="0"/>
          <w:i w:val="0"/>
        </w:rPr>
        <w:t>Số điện thoại: ................................. Email: ................................</w:t>
      </w:r>
    </w:p>
    <w:p/>
    <w:p>
      <w:r>
        <w:rPr>
          <w:b w:val="0"/>
          <w:i w:val="0"/>
        </w:rPr>
        <w:t>Nay tôi làm đơn này để kính trình ............................................. xem xét, giải quyết cho tôi được .............................................</w:t>
      </w:r>
    </w:p>
    <w:p/>
    <w:p>
      <w:r>
        <w:rPr>
          <w:b w:val="0"/>
          <w:i w:val="0"/>
        </w:rPr>
        <w:t>Lý do: 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Thời gian: từ ngày ...../...../......... đến ngày ...../...../...........</w:t>
      </w:r>
    </w:p>
    <w:p/>
    <w:p>
      <w:r>
        <w:rPr>
          <w:b w:val="0"/>
          <w:i w:val="0"/>
        </w:rPr>
        <w:t>Trong thời gian này, tôi xin cam kết bàn giao đầy đủ công việc và chịu mọi trách nhiệm liên quan.</w:t>
      </w:r>
    </w:p>
    <w:p>
      <w:r>
        <w:rPr>
          <w:b w:val="0"/>
          <w:i w:val="0"/>
        </w:rPr>
        <w:t>Kính mong Quý cơ quan/Ban Giám đốc xem xét chấp thuận.</w:t>
      </w:r>
    </w:p>
    <w:p>
      <w:r>
        <w:rPr>
          <w:b w:val="0"/>
          <w:i w:val="0"/>
        </w:rPr>
        <w:t>Tôi xin trân trọng cảm ơn!</w:t>
      </w:r>
    </w:p>
    <w:p/>
    <w:p>
      <w:pPr>
        <w:jc w:val="right"/>
      </w:pPr>
      <w:r>
        <w:rPr>
          <w:b w:val="0"/>
          <w:i/>
        </w:rPr>
        <w:t>..............., ngày ...... tháng ...... năm 20......</w:t>
      </w:r>
    </w:p>
    <w:p/>
    <w:p>
      <w:pPr>
        <w:jc w:val="center"/>
      </w:pPr>
      <w:r>
        <w:rPr>
          <w:b/>
        </w:rPr>
        <w:t>Người làm đơn</w:t>
      </w:r>
    </w:p>
    <w:p>
      <w:pPr>
        <w:jc w:val="center"/>
      </w:pPr>
      <w:r>
        <w:rPr>
          <w:b w:val="0"/>
          <w:i/>
          <w:sz w:val="22"/>
        </w:rPr>
        <w:t>(Ký, ghi rõ họ tên)</w:t>
      </w:r>
    </w:p>
    <w:p/>
    <w:p/>
    <w:p/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