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32"/>
        </w:rPr>
        <w:t>ĐỀ CƯƠNG ÔN TẬP HỌC KỲ</w:t>
      </w:r>
    </w:p>
    <w:p>
      <w:pPr>
        <w:jc w:val="center"/>
      </w:pPr>
      <w:r>
        <w:rPr>
          <w:b w:val="0"/>
          <w:i/>
          <w:sz w:val="22"/>
        </w:rPr>
        <w:t>Năm học: 20...... - 20......</w:t>
      </w:r>
    </w:p>
    <w:p/>
    <w:p>
      <w:r>
        <w:rPr>
          <w:b w:val="0"/>
          <w:i w:val="0"/>
        </w:rPr>
        <w:t>Môn: ................................................   Lớp: ............................</w:t>
      </w:r>
    </w:p>
    <w:p>
      <w:r>
        <w:rPr>
          <w:b w:val="0"/>
          <w:i w:val="0"/>
        </w:rPr>
        <w:t>Giáo viên biên soạn: .................................................................</w:t>
      </w:r>
    </w:p>
    <w:p/>
    <w:p>
      <w:r>
        <w:rPr>
          <w:b/>
          <w:i w:val="0"/>
        </w:rPr>
        <w:t>A. NỘI DUNG ÔN TẬP</w:t>
      </w:r>
    </w:p>
    <w:p>
      <w:r>
        <w:rPr>
          <w:b/>
          <w:i w:val="0"/>
        </w:rPr>
        <w:t>Chương 1: ................................................................................</w:t>
      </w:r>
    </w:p>
    <w:p>
      <w:r>
        <w:rPr>
          <w:b w:val="0"/>
          <w:i w:val="0"/>
        </w:rPr>
        <w:t>1. Lý thuyết trọng tâm:</w:t>
      </w:r>
    </w:p>
    <w:p>
      <w:r>
        <w:rPr>
          <w:b w:val="0"/>
          <w:i w:val="0"/>
        </w:rPr>
        <w:t xml:space="preserve">   - ......................................................................................</w:t>
      </w:r>
    </w:p>
    <w:p>
      <w:r>
        <w:rPr>
          <w:b w:val="0"/>
          <w:i w:val="0"/>
        </w:rPr>
        <w:t xml:space="preserve">   - ......................................................................................</w:t>
      </w:r>
    </w:p>
    <w:p>
      <w:r>
        <w:rPr>
          <w:b w:val="0"/>
          <w:i w:val="0"/>
        </w:rPr>
        <w:t>2. Bài tập vận dụng:</w:t>
      </w:r>
    </w:p>
    <w:p>
      <w:r>
        <w:rPr>
          <w:b w:val="0"/>
          <w:i w:val="0"/>
        </w:rPr>
        <w:t xml:space="preserve">   - Dạng bài: ......................................................................</w:t>
      </w:r>
    </w:p>
    <w:p>
      <w:r>
        <w:rPr>
          <w:b w:val="0"/>
          <w:i w:val="0"/>
        </w:rPr>
        <w:t xml:space="preserve">   - Yêu cầu kỹ năng: ...........................................................</w:t>
      </w:r>
    </w:p>
    <w:p/>
    <w:p>
      <w:r>
        <w:rPr>
          <w:b/>
          <w:i w:val="0"/>
        </w:rPr>
        <w:t>Chương 2: ................................................................................</w:t>
      </w:r>
    </w:p>
    <w:p>
      <w:r>
        <w:rPr>
          <w:b w:val="0"/>
          <w:i w:val="0"/>
        </w:rPr>
        <w:t>1. Lý thuyết trọng tâm:</w:t>
      </w:r>
    </w:p>
    <w:p>
      <w:r>
        <w:rPr>
          <w:b w:val="0"/>
          <w:i w:val="0"/>
        </w:rPr>
        <w:t xml:space="preserve">   - ......................................................................................</w:t>
      </w:r>
    </w:p>
    <w:p>
      <w:r>
        <w:rPr>
          <w:b w:val="0"/>
          <w:i w:val="0"/>
        </w:rPr>
        <w:t xml:space="preserve">   - ......................................................................................</w:t>
      </w:r>
    </w:p>
    <w:p>
      <w:r>
        <w:rPr>
          <w:b w:val="0"/>
          <w:i w:val="0"/>
        </w:rPr>
        <w:t>2. Bài tập vận dụng:</w:t>
      </w:r>
    </w:p>
    <w:p>
      <w:r>
        <w:rPr>
          <w:b w:val="0"/>
          <w:i w:val="0"/>
        </w:rPr>
        <w:t xml:space="preserve">   - Dạng bài: ......................................................................</w:t>
      </w:r>
    </w:p>
    <w:p>
      <w:r>
        <w:rPr>
          <w:b w:val="0"/>
          <w:i w:val="0"/>
        </w:rPr>
        <w:t xml:space="preserve">   - Yêu cầu kỹ năng: ...........................................................</w:t>
      </w:r>
    </w:p>
    <w:p/>
    <w:p>
      <w:r>
        <w:rPr>
          <w:b/>
          <w:i w:val="0"/>
        </w:rPr>
        <w:t>Chương 3: ................................................................................</w:t>
      </w:r>
    </w:p>
    <w:p>
      <w:r>
        <w:rPr>
          <w:b w:val="0"/>
          <w:i w:val="0"/>
        </w:rPr>
        <w:t>1. Lý thuyết trọng tâm:</w:t>
      </w:r>
    </w:p>
    <w:p>
      <w:r>
        <w:rPr>
          <w:b w:val="0"/>
          <w:i w:val="0"/>
        </w:rPr>
        <w:t xml:space="preserve">   - ......................................................................................</w:t>
      </w:r>
    </w:p>
    <w:p>
      <w:r>
        <w:rPr>
          <w:b w:val="0"/>
          <w:i w:val="0"/>
        </w:rPr>
        <w:t xml:space="preserve">   - ......................................................................................</w:t>
      </w:r>
    </w:p>
    <w:p>
      <w:r>
        <w:rPr>
          <w:b w:val="0"/>
          <w:i w:val="0"/>
        </w:rPr>
        <w:t>2. Bài tập vận dụng:</w:t>
      </w:r>
    </w:p>
    <w:p>
      <w:r>
        <w:rPr>
          <w:b w:val="0"/>
          <w:i w:val="0"/>
        </w:rPr>
        <w:t xml:space="preserve">   - Dạng bài: ......................................................................</w:t>
      </w:r>
    </w:p>
    <w:p>
      <w:r>
        <w:rPr>
          <w:b w:val="0"/>
          <w:i w:val="0"/>
        </w:rPr>
        <w:t xml:space="preserve">   - Yêu cầu kỹ năng: ...........................................................</w:t>
      </w:r>
    </w:p>
    <w:p/>
    <w:p>
      <w:r>
        <w:rPr>
          <w:b/>
          <w:i w:val="0"/>
        </w:rPr>
        <w:t>Chương 4: ................................................................................</w:t>
      </w:r>
    </w:p>
    <w:p>
      <w:r>
        <w:rPr>
          <w:b w:val="0"/>
          <w:i w:val="0"/>
        </w:rPr>
        <w:t>1. Lý thuyết trọng tâm:</w:t>
      </w:r>
    </w:p>
    <w:p>
      <w:r>
        <w:rPr>
          <w:b w:val="0"/>
          <w:i w:val="0"/>
        </w:rPr>
        <w:t xml:space="preserve">   - ......................................................................................</w:t>
      </w:r>
    </w:p>
    <w:p>
      <w:r>
        <w:rPr>
          <w:b w:val="0"/>
          <w:i w:val="0"/>
        </w:rPr>
        <w:t xml:space="preserve">   - ......................................................................................</w:t>
      </w:r>
    </w:p>
    <w:p>
      <w:r>
        <w:rPr>
          <w:b w:val="0"/>
          <w:i w:val="0"/>
        </w:rPr>
        <w:t>2. Bài tập vận dụng:</w:t>
      </w:r>
    </w:p>
    <w:p>
      <w:r>
        <w:rPr>
          <w:b w:val="0"/>
          <w:i w:val="0"/>
        </w:rPr>
        <w:t xml:space="preserve">   - Dạng bài: ......................................................................</w:t>
      </w:r>
    </w:p>
    <w:p>
      <w:r>
        <w:rPr>
          <w:b w:val="0"/>
          <w:i w:val="0"/>
        </w:rPr>
        <w:t xml:space="preserve">   - Yêu cầu kỹ năng: ...........................................................</w:t>
      </w:r>
    </w:p>
    <w:p/>
    <w:p>
      <w:r>
        <w:rPr>
          <w:b/>
          <w:i w:val="0"/>
        </w:rPr>
        <w:t>Chương 5: ................................................................................</w:t>
      </w:r>
    </w:p>
    <w:p>
      <w:r>
        <w:rPr>
          <w:b w:val="0"/>
          <w:i w:val="0"/>
        </w:rPr>
        <w:t>1. Lý thuyết trọng tâm:</w:t>
      </w:r>
    </w:p>
    <w:p>
      <w:r>
        <w:rPr>
          <w:b w:val="0"/>
          <w:i w:val="0"/>
        </w:rPr>
        <w:t xml:space="preserve">   - ......................................................................................</w:t>
      </w:r>
    </w:p>
    <w:p>
      <w:r>
        <w:rPr>
          <w:b w:val="0"/>
          <w:i w:val="0"/>
        </w:rPr>
        <w:t xml:space="preserve">   - ......................................................................................</w:t>
      </w:r>
    </w:p>
    <w:p>
      <w:r>
        <w:rPr>
          <w:b w:val="0"/>
          <w:i w:val="0"/>
        </w:rPr>
        <w:t>2. Bài tập vận dụng:</w:t>
      </w:r>
    </w:p>
    <w:p>
      <w:r>
        <w:rPr>
          <w:b w:val="0"/>
          <w:i w:val="0"/>
        </w:rPr>
        <w:t xml:space="preserve">   - Dạng bài: ......................................................................</w:t>
      </w:r>
    </w:p>
    <w:p>
      <w:r>
        <w:rPr>
          <w:b w:val="0"/>
          <w:i w:val="0"/>
        </w:rPr>
        <w:t xml:space="preserve">   - Yêu cầu kỹ năng: ...........................................................</w:t>
      </w:r>
    </w:p>
    <w:p/>
    <w:p>
      <w:r>
        <w:rPr>
          <w:b/>
          <w:i w:val="0"/>
        </w:rPr>
        <w:t>B. CẤU TRÚC ĐỀ THI</w:t>
      </w:r>
    </w:p>
    <w:p>
      <w:r>
        <w:rPr>
          <w:b w:val="0"/>
          <w:i w:val="0"/>
        </w:rPr>
        <w:t>- Hình thức: ☐ Tự luận    ☐ Trắc nghiệm    ☐ Kết hợp</w:t>
      </w:r>
    </w:p>
    <w:p>
      <w:r>
        <w:rPr>
          <w:b w:val="0"/>
          <w:i w:val="0"/>
        </w:rPr>
        <w:t>- Thời gian làm bài: ............ phút</w:t>
      </w:r>
    </w:p>
    <w:p>
      <w:r>
        <w:rPr>
          <w:b w:val="0"/>
          <w:i w:val="0"/>
        </w:rPr>
        <w:t>- Số câu/Số điểm: ......................................................................</w:t>
      </w:r>
    </w:p>
    <w:p/>
    <w:p>
      <w:r>
        <w:rPr>
          <w:b/>
          <w:i w:val="0"/>
        </w:rPr>
        <w:t>C. HƯỚNG DẪN ÔN TẬP</w:t>
      </w:r>
    </w:p>
    <w:p>
      <w:r>
        <w:rPr>
          <w:b w:val="0"/>
          <w:i w:val="0"/>
        </w:rPr>
        <w:t>- Học sinh ôn tập theo trình tự chương từ dễ đến khó.</w:t>
      </w:r>
    </w:p>
    <w:p>
      <w:r>
        <w:rPr>
          <w:b w:val="0"/>
          <w:i w:val="0"/>
        </w:rPr>
        <w:t>- Làm lại các bài tập trong sách giáo khoa và sách bài tập.</w:t>
      </w:r>
    </w:p>
    <w:p>
      <w:r>
        <w:rPr>
          <w:b w:val="0"/>
          <w:i w:val="0"/>
        </w:rPr>
        <w:t>- Tham khảo các đề thi thử của trường.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